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D33AF" w14:textId="62451154" w:rsidR="002B0846" w:rsidRDefault="002B0846" w:rsidP="002B0846">
      <w:pPr>
        <w:spacing w:after="0"/>
        <w:rPr>
          <w:rFonts w:asciiTheme="minorEastAsia" w:eastAsiaTheme="minorEastAsia" w:hAnsiTheme="minorEastAsia"/>
          <w:szCs w:val="20"/>
          <w:lang w:eastAsia="zh-TW"/>
        </w:rPr>
      </w:pPr>
      <w:r w:rsidRPr="002B0846">
        <w:rPr>
          <w:rFonts w:asciiTheme="minorEastAsia" w:eastAsiaTheme="minorEastAsia" w:hAnsiTheme="minorEastAsia"/>
          <w:szCs w:val="20"/>
          <w:lang w:eastAsia="zh-TW"/>
        </w:rPr>
        <w:t>様式１</w:t>
      </w:r>
    </w:p>
    <w:p w14:paraId="1E53F0BD" w14:textId="4F705784" w:rsidR="003910B0" w:rsidRPr="002B0846" w:rsidRDefault="00992C9A" w:rsidP="002B0846">
      <w:pPr>
        <w:spacing w:after="0"/>
        <w:jc w:val="center"/>
        <w:rPr>
          <w:rFonts w:asciiTheme="minorEastAsia" w:eastAsiaTheme="minorEastAsia" w:hAnsiTheme="minorEastAsia"/>
          <w:szCs w:val="20"/>
          <w:lang w:eastAsia="zh-TW"/>
        </w:rPr>
      </w:pPr>
      <w:r>
        <w:rPr>
          <w:rFonts w:asciiTheme="minorEastAsia" w:eastAsiaTheme="minorEastAsia" w:hAnsiTheme="minorEastAsia" w:hint="eastAsia"/>
          <w:szCs w:val="20"/>
          <w:lang w:eastAsia="ja-JP"/>
        </w:rPr>
        <w:t>質問</w:t>
      </w:r>
      <w:r w:rsidR="003910B0" w:rsidRPr="002B0846">
        <w:rPr>
          <w:rFonts w:asciiTheme="minorEastAsia" w:eastAsiaTheme="minorEastAsia" w:hAnsiTheme="minorEastAsia"/>
          <w:szCs w:val="20"/>
          <w:lang w:eastAsia="zh-TW"/>
        </w:rPr>
        <w:t>書</w:t>
      </w:r>
    </w:p>
    <w:p w14:paraId="15474C78" w14:textId="7E20197E" w:rsidR="003910B0" w:rsidRPr="002B0846" w:rsidRDefault="003910B0" w:rsidP="003910B0">
      <w:pPr>
        <w:spacing w:after="0"/>
        <w:rPr>
          <w:rFonts w:asciiTheme="minorEastAsia" w:eastAsiaTheme="minorEastAsia" w:hAnsiTheme="minorEastAsia"/>
          <w:szCs w:val="20"/>
          <w:lang w:eastAsia="zh-TW"/>
        </w:rPr>
      </w:pPr>
    </w:p>
    <w:p w14:paraId="6B4D47D8" w14:textId="40BED9CC" w:rsidR="003910B0" w:rsidRPr="002B0846" w:rsidRDefault="003910B0" w:rsidP="002B0846">
      <w:pPr>
        <w:spacing w:after="0"/>
        <w:jc w:val="right"/>
        <w:rPr>
          <w:rFonts w:asciiTheme="minorEastAsia" w:eastAsiaTheme="minorEastAsia" w:hAnsiTheme="minorEastAsia"/>
          <w:szCs w:val="20"/>
          <w:lang w:eastAsia="zh-TW"/>
        </w:rPr>
      </w:pPr>
      <w:r w:rsidRPr="002B0846">
        <w:rPr>
          <w:rFonts w:asciiTheme="minorEastAsia" w:eastAsiaTheme="minorEastAsia" w:hAnsiTheme="minorEastAsia"/>
          <w:szCs w:val="20"/>
          <w:lang w:eastAsia="zh-TW"/>
        </w:rPr>
        <w:t>令和</w:t>
      </w:r>
      <w:r w:rsidR="00367C30">
        <w:rPr>
          <w:rFonts w:asciiTheme="minorEastAsia" w:eastAsiaTheme="minorEastAsia" w:hAnsiTheme="minorEastAsia" w:hint="eastAsia"/>
          <w:szCs w:val="20"/>
          <w:lang w:eastAsia="zh-TW"/>
        </w:rPr>
        <w:t>８</w:t>
      </w:r>
      <w:r w:rsidRPr="002B0846">
        <w:rPr>
          <w:rFonts w:asciiTheme="minorEastAsia" w:eastAsiaTheme="minorEastAsia" w:hAnsiTheme="minorEastAsia"/>
          <w:szCs w:val="20"/>
          <w:lang w:eastAsia="zh-TW"/>
        </w:rPr>
        <w:t>年</w:t>
      </w:r>
      <w:r w:rsidR="00367C30">
        <w:rPr>
          <w:rFonts w:asciiTheme="minorEastAsia" w:eastAsiaTheme="minorEastAsia" w:hAnsiTheme="minorEastAsia" w:hint="eastAsia"/>
          <w:szCs w:val="20"/>
          <w:lang w:eastAsia="zh-TW"/>
        </w:rPr>
        <w:t>４</w:t>
      </w:r>
      <w:r w:rsidRPr="002B0846">
        <w:rPr>
          <w:rFonts w:asciiTheme="minorEastAsia" w:eastAsiaTheme="minorEastAsia" w:hAnsiTheme="minorEastAsia"/>
          <w:szCs w:val="20"/>
          <w:lang w:eastAsia="zh-TW"/>
        </w:rPr>
        <w:t>月</w:t>
      </w:r>
      <w:r w:rsidR="00367C30">
        <w:rPr>
          <w:rFonts w:asciiTheme="minorEastAsia" w:eastAsiaTheme="minorEastAsia" w:hAnsiTheme="minorEastAsia" w:hint="eastAsia"/>
          <w:szCs w:val="20"/>
          <w:lang w:eastAsia="zh-TW"/>
        </w:rPr>
        <w:t xml:space="preserve">　　</w:t>
      </w:r>
      <w:r w:rsidRPr="002B0846">
        <w:rPr>
          <w:rFonts w:asciiTheme="minorEastAsia" w:eastAsiaTheme="minorEastAsia" w:hAnsiTheme="minorEastAsia"/>
          <w:szCs w:val="20"/>
          <w:lang w:eastAsia="zh-TW"/>
        </w:rPr>
        <w:t>日</w:t>
      </w:r>
    </w:p>
    <w:p w14:paraId="0ECA28C6" w14:textId="19798F4C" w:rsidR="003910B0" w:rsidRDefault="00367C30" w:rsidP="003910B0">
      <w:pPr>
        <w:spacing w:after="0"/>
        <w:rPr>
          <w:rFonts w:asciiTheme="minorEastAsia" w:eastAsiaTheme="minorEastAsia" w:hAnsiTheme="minorEastAsia"/>
          <w:szCs w:val="20"/>
          <w:lang w:eastAsia="zh-TW"/>
        </w:rPr>
      </w:pPr>
      <w:r>
        <w:rPr>
          <w:rFonts w:asciiTheme="minorEastAsia" w:eastAsiaTheme="minorEastAsia" w:hAnsiTheme="minorEastAsia" w:hint="eastAsia"/>
          <w:szCs w:val="20"/>
          <w:lang w:eastAsia="zh-TW"/>
        </w:rPr>
        <w:t>全国農業協同組合連合会滋賀県本部</w:t>
      </w:r>
      <w:r w:rsidR="003910B0" w:rsidRPr="002B0846">
        <w:rPr>
          <w:rFonts w:asciiTheme="minorEastAsia" w:eastAsiaTheme="minorEastAsia" w:hAnsiTheme="minorEastAsia"/>
          <w:szCs w:val="20"/>
          <w:lang w:eastAsia="zh-TW"/>
        </w:rPr>
        <w:t xml:space="preserve">　御中</w:t>
      </w:r>
    </w:p>
    <w:p w14:paraId="06A55439" w14:textId="77777777" w:rsidR="002B0846" w:rsidRPr="002B0846" w:rsidRDefault="002B0846" w:rsidP="003910B0">
      <w:pPr>
        <w:spacing w:after="0"/>
        <w:rPr>
          <w:rFonts w:asciiTheme="minorEastAsia" w:eastAsiaTheme="minorEastAsia" w:hAnsiTheme="minorEastAsia"/>
          <w:szCs w:val="20"/>
          <w:lang w:eastAsia="zh-TW"/>
        </w:rPr>
      </w:pPr>
    </w:p>
    <w:p w14:paraId="0CF5DD2D" w14:textId="77777777" w:rsidR="002452BA" w:rsidRPr="009E2BA2" w:rsidRDefault="002452BA" w:rsidP="002452BA">
      <w:pPr>
        <w:spacing w:after="0" w:line="240" w:lineRule="auto"/>
        <w:ind w:firstLineChars="100" w:firstLine="293"/>
        <w:rPr>
          <w:rFonts w:cs="ＭＳ Ｐゴシック"/>
          <w:u w:val="single"/>
          <w:lang w:eastAsia="zh-TW"/>
        </w:rPr>
      </w:pPr>
      <w:r w:rsidRPr="002452BA">
        <w:rPr>
          <w:rFonts w:cs="ＭＳ Ｐゴシック" w:hint="eastAsia"/>
          <w:spacing w:val="73"/>
          <w:u w:val="single"/>
          <w:fitText w:val="1100" w:id="-473188864"/>
          <w:lang w:eastAsia="zh-TW"/>
        </w:rPr>
        <w:t>事業概</w:t>
      </w:r>
      <w:r w:rsidRPr="002452BA">
        <w:rPr>
          <w:rFonts w:cs="ＭＳ Ｐゴシック" w:hint="eastAsia"/>
          <w:spacing w:val="2"/>
          <w:u w:val="single"/>
          <w:fitText w:val="1100" w:id="-473188864"/>
          <w:lang w:eastAsia="zh-TW"/>
        </w:rPr>
        <w:t>要</w:t>
      </w:r>
      <w:r w:rsidRPr="009E2BA2">
        <w:rPr>
          <w:rFonts w:cs="ＭＳ Ｐゴシック" w:hint="eastAsia"/>
          <w:u w:val="single"/>
          <w:lang w:eastAsia="zh-TW"/>
        </w:rPr>
        <w:t>：</w:t>
      </w:r>
      <w:bookmarkStart w:id="0" w:name="_Hlk225340445"/>
      <w:r w:rsidRPr="009E2BA2">
        <w:rPr>
          <w:rFonts w:cs="ＭＳ Ｐゴシック" w:hint="eastAsia"/>
          <w:u w:val="single"/>
          <w:lang w:eastAsia="zh-TW"/>
        </w:rPr>
        <w:t>GNSS（RTK）基準局設置　5基</w:t>
      </w:r>
      <w:bookmarkEnd w:id="0"/>
    </w:p>
    <w:p w14:paraId="5F07D5FB" w14:textId="77777777" w:rsidR="009F337B" w:rsidRPr="009F337B" w:rsidRDefault="009F337B" w:rsidP="003910B0">
      <w:pPr>
        <w:spacing w:after="0"/>
        <w:rPr>
          <w:rFonts w:asciiTheme="minorEastAsia" w:eastAsiaTheme="minorEastAsia" w:hAnsiTheme="minorEastAsia"/>
          <w:szCs w:val="20"/>
          <w:lang w:eastAsia="zh-TW"/>
        </w:rPr>
      </w:pPr>
    </w:p>
    <w:p w14:paraId="7B5D2A1A" w14:textId="77777777" w:rsidR="003910B0" w:rsidRPr="002B0846" w:rsidRDefault="003910B0" w:rsidP="003910B0">
      <w:pPr>
        <w:spacing w:after="0"/>
        <w:rPr>
          <w:rFonts w:asciiTheme="minorEastAsia" w:eastAsiaTheme="minorEastAsia" w:hAnsiTheme="minorEastAsia"/>
          <w:szCs w:val="20"/>
          <w:lang w:eastAsia="ja-JP"/>
        </w:rPr>
      </w:pPr>
      <w:r w:rsidRPr="002B0846">
        <w:rPr>
          <w:rFonts w:asciiTheme="minorEastAsia" w:eastAsiaTheme="minorEastAsia" w:hAnsiTheme="minorEastAsia"/>
          <w:szCs w:val="20"/>
          <w:lang w:eastAsia="ja-JP"/>
        </w:rPr>
        <w:t>下記のとおり、本案件に関する質問を提出します。</w:t>
      </w:r>
    </w:p>
    <w:tbl>
      <w:tblPr>
        <w:tblStyle w:val="afe"/>
        <w:tblW w:w="10456" w:type="dxa"/>
        <w:tblLook w:val="04A0" w:firstRow="1" w:lastRow="0" w:firstColumn="1" w:lastColumn="0" w:noHBand="0" w:noVBand="1"/>
      </w:tblPr>
      <w:tblGrid>
        <w:gridCol w:w="1101"/>
        <w:gridCol w:w="3402"/>
        <w:gridCol w:w="2693"/>
        <w:gridCol w:w="3260"/>
      </w:tblGrid>
      <w:tr w:rsidR="003910B0" w:rsidRPr="002B0846" w14:paraId="5C485089" w14:textId="77777777" w:rsidTr="00367C30">
        <w:tc>
          <w:tcPr>
            <w:tcW w:w="1101" w:type="dxa"/>
            <w:vAlign w:val="center"/>
            <w:hideMark/>
          </w:tcPr>
          <w:p w14:paraId="40251391" w14:textId="77777777" w:rsidR="003910B0" w:rsidRPr="002B0846" w:rsidRDefault="003910B0" w:rsidP="00367C30">
            <w:pPr>
              <w:spacing w:line="276" w:lineRule="auto"/>
              <w:jc w:val="center"/>
              <w:rPr>
                <w:rFonts w:asciiTheme="minorEastAsia" w:eastAsiaTheme="minorEastAsia" w:hAnsiTheme="minorEastAsia"/>
                <w:szCs w:val="20"/>
              </w:rPr>
            </w:pPr>
            <w:r w:rsidRPr="002B0846">
              <w:rPr>
                <w:rFonts w:asciiTheme="minorEastAsia" w:eastAsiaTheme="minorEastAsia" w:hAnsiTheme="minorEastAsia"/>
                <w:szCs w:val="20"/>
              </w:rPr>
              <w:t>質問番号</w:t>
            </w:r>
          </w:p>
        </w:tc>
        <w:tc>
          <w:tcPr>
            <w:tcW w:w="3402" w:type="dxa"/>
            <w:vAlign w:val="center"/>
            <w:hideMark/>
          </w:tcPr>
          <w:p w14:paraId="6363C21C" w14:textId="77777777" w:rsidR="002B0846" w:rsidRPr="002B0846" w:rsidRDefault="003910B0" w:rsidP="00367C30">
            <w:pPr>
              <w:spacing w:line="276" w:lineRule="auto"/>
              <w:jc w:val="center"/>
              <w:rPr>
                <w:rFonts w:asciiTheme="minorEastAsia" w:eastAsiaTheme="minorEastAsia" w:hAnsiTheme="minorEastAsia"/>
                <w:szCs w:val="20"/>
                <w:lang w:eastAsia="ja-JP"/>
              </w:rPr>
            </w:pPr>
            <w:r w:rsidRPr="002B0846">
              <w:rPr>
                <w:rFonts w:asciiTheme="minorEastAsia" w:eastAsiaTheme="minorEastAsia" w:hAnsiTheme="minorEastAsia"/>
                <w:szCs w:val="20"/>
                <w:lang w:eastAsia="ja-JP"/>
              </w:rPr>
              <w:t>質問箇所</w:t>
            </w:r>
          </w:p>
          <w:p w14:paraId="696C7FB5" w14:textId="3188AD0E" w:rsidR="003910B0" w:rsidRPr="002B0846" w:rsidRDefault="003910B0" w:rsidP="00367C30">
            <w:pPr>
              <w:spacing w:line="276" w:lineRule="auto"/>
              <w:jc w:val="center"/>
              <w:rPr>
                <w:rFonts w:asciiTheme="minorEastAsia" w:eastAsiaTheme="minorEastAsia" w:hAnsiTheme="minorEastAsia"/>
                <w:szCs w:val="20"/>
                <w:lang w:eastAsia="ja-JP"/>
              </w:rPr>
            </w:pPr>
            <w:r w:rsidRPr="002B0846">
              <w:rPr>
                <w:rFonts w:asciiTheme="minorEastAsia" w:eastAsiaTheme="minorEastAsia" w:hAnsiTheme="minorEastAsia"/>
                <w:szCs w:val="20"/>
                <w:lang w:eastAsia="ja-JP"/>
              </w:rPr>
              <w:t>（仕様書・説明書の該当頁等）</w:t>
            </w:r>
          </w:p>
        </w:tc>
        <w:tc>
          <w:tcPr>
            <w:tcW w:w="2693" w:type="dxa"/>
            <w:vAlign w:val="center"/>
            <w:hideMark/>
          </w:tcPr>
          <w:p w14:paraId="026C4163" w14:textId="19080664" w:rsidR="003910B0" w:rsidRPr="002B0846" w:rsidRDefault="003910B0" w:rsidP="00367C30">
            <w:pPr>
              <w:spacing w:line="276" w:lineRule="auto"/>
              <w:jc w:val="center"/>
              <w:rPr>
                <w:rFonts w:asciiTheme="minorEastAsia" w:eastAsiaTheme="minorEastAsia" w:hAnsiTheme="minorEastAsia"/>
                <w:szCs w:val="20"/>
              </w:rPr>
            </w:pPr>
            <w:r w:rsidRPr="002B0846">
              <w:rPr>
                <w:rFonts w:asciiTheme="minorEastAsia" w:eastAsiaTheme="minorEastAsia" w:hAnsiTheme="minorEastAsia"/>
                <w:szCs w:val="20"/>
              </w:rPr>
              <w:t>質問事項</w:t>
            </w:r>
          </w:p>
        </w:tc>
        <w:tc>
          <w:tcPr>
            <w:tcW w:w="3260" w:type="dxa"/>
            <w:vAlign w:val="center"/>
            <w:hideMark/>
          </w:tcPr>
          <w:p w14:paraId="3E1E75C1" w14:textId="77777777" w:rsidR="00367C30" w:rsidRDefault="003910B0" w:rsidP="00367C30">
            <w:pPr>
              <w:spacing w:line="276" w:lineRule="auto"/>
              <w:jc w:val="center"/>
              <w:rPr>
                <w:rFonts w:asciiTheme="minorEastAsia" w:eastAsiaTheme="minorEastAsia" w:hAnsiTheme="minorEastAsia"/>
                <w:szCs w:val="20"/>
                <w:lang w:eastAsia="zh-TW"/>
              </w:rPr>
            </w:pPr>
            <w:r w:rsidRPr="002B0846">
              <w:rPr>
                <w:rFonts w:asciiTheme="minorEastAsia" w:eastAsiaTheme="minorEastAsia" w:hAnsiTheme="minorEastAsia"/>
                <w:szCs w:val="20"/>
                <w:lang w:eastAsia="zh-TW"/>
              </w:rPr>
              <w:t>回答</w:t>
            </w:r>
          </w:p>
          <w:p w14:paraId="0E152565" w14:textId="219DCF17" w:rsidR="003910B0" w:rsidRPr="002B0846" w:rsidRDefault="003910B0" w:rsidP="00367C30">
            <w:pPr>
              <w:spacing w:line="276" w:lineRule="auto"/>
              <w:jc w:val="center"/>
              <w:rPr>
                <w:rFonts w:asciiTheme="minorEastAsia" w:eastAsiaTheme="minorEastAsia" w:hAnsiTheme="minorEastAsia"/>
                <w:szCs w:val="20"/>
                <w:lang w:eastAsia="zh-TW"/>
              </w:rPr>
            </w:pPr>
            <w:r w:rsidRPr="002B0846">
              <w:rPr>
                <w:rFonts w:asciiTheme="minorEastAsia" w:eastAsiaTheme="minorEastAsia" w:hAnsiTheme="minorEastAsia"/>
                <w:szCs w:val="20"/>
                <w:lang w:eastAsia="zh-TW"/>
              </w:rPr>
              <w:t>（発注者記入欄）</w:t>
            </w:r>
          </w:p>
        </w:tc>
      </w:tr>
      <w:tr w:rsidR="003910B0" w:rsidRPr="002B0846" w14:paraId="77945D66" w14:textId="77777777" w:rsidTr="00367C30">
        <w:trPr>
          <w:trHeight w:val="907"/>
        </w:trPr>
        <w:tc>
          <w:tcPr>
            <w:tcW w:w="1101" w:type="dxa"/>
            <w:vAlign w:val="center"/>
            <w:hideMark/>
          </w:tcPr>
          <w:p w14:paraId="5D467521" w14:textId="77777777" w:rsidR="003910B0" w:rsidRPr="002B0846" w:rsidRDefault="003910B0" w:rsidP="00367C30">
            <w:pPr>
              <w:spacing w:line="276" w:lineRule="auto"/>
              <w:jc w:val="center"/>
              <w:rPr>
                <w:rFonts w:asciiTheme="minorEastAsia" w:eastAsiaTheme="minorEastAsia" w:hAnsiTheme="minorEastAsia"/>
                <w:szCs w:val="20"/>
              </w:rPr>
            </w:pPr>
            <w:r w:rsidRPr="002B0846">
              <w:rPr>
                <w:rFonts w:asciiTheme="minorEastAsia" w:eastAsiaTheme="minorEastAsia" w:hAnsiTheme="minorEastAsia"/>
                <w:szCs w:val="20"/>
              </w:rPr>
              <w:t>1</w:t>
            </w:r>
          </w:p>
        </w:tc>
        <w:tc>
          <w:tcPr>
            <w:tcW w:w="3402" w:type="dxa"/>
            <w:hideMark/>
          </w:tcPr>
          <w:p w14:paraId="73085943" w14:textId="77777777" w:rsidR="003910B0" w:rsidRPr="002B0846" w:rsidRDefault="003910B0" w:rsidP="003910B0">
            <w:pPr>
              <w:spacing w:line="276" w:lineRule="auto"/>
              <w:rPr>
                <w:rFonts w:asciiTheme="minorEastAsia" w:eastAsiaTheme="minorEastAsia" w:hAnsiTheme="minorEastAsia"/>
                <w:szCs w:val="20"/>
              </w:rPr>
            </w:pPr>
          </w:p>
        </w:tc>
        <w:tc>
          <w:tcPr>
            <w:tcW w:w="2693" w:type="dxa"/>
            <w:hideMark/>
          </w:tcPr>
          <w:p w14:paraId="22555D39" w14:textId="77777777" w:rsidR="003910B0" w:rsidRPr="002B0846" w:rsidRDefault="003910B0" w:rsidP="003910B0">
            <w:pPr>
              <w:spacing w:line="276" w:lineRule="auto"/>
              <w:rPr>
                <w:rFonts w:asciiTheme="minorEastAsia" w:eastAsiaTheme="minorEastAsia" w:hAnsiTheme="minorEastAsia"/>
                <w:szCs w:val="20"/>
              </w:rPr>
            </w:pPr>
          </w:p>
        </w:tc>
        <w:tc>
          <w:tcPr>
            <w:tcW w:w="3260" w:type="dxa"/>
            <w:hideMark/>
          </w:tcPr>
          <w:p w14:paraId="3FE60D2D" w14:textId="77777777" w:rsidR="003910B0" w:rsidRPr="002B0846" w:rsidRDefault="003910B0" w:rsidP="003910B0">
            <w:pPr>
              <w:spacing w:line="276" w:lineRule="auto"/>
              <w:rPr>
                <w:rFonts w:asciiTheme="minorEastAsia" w:eastAsiaTheme="minorEastAsia" w:hAnsiTheme="minorEastAsia"/>
                <w:szCs w:val="20"/>
              </w:rPr>
            </w:pPr>
          </w:p>
        </w:tc>
      </w:tr>
      <w:tr w:rsidR="003910B0" w:rsidRPr="002B0846" w14:paraId="78534864" w14:textId="77777777" w:rsidTr="00367C30">
        <w:trPr>
          <w:trHeight w:val="907"/>
        </w:trPr>
        <w:tc>
          <w:tcPr>
            <w:tcW w:w="1101" w:type="dxa"/>
            <w:vAlign w:val="center"/>
            <w:hideMark/>
          </w:tcPr>
          <w:p w14:paraId="11CFFB08" w14:textId="77777777" w:rsidR="003910B0" w:rsidRPr="002B0846" w:rsidRDefault="003910B0" w:rsidP="00367C30">
            <w:pPr>
              <w:spacing w:line="276" w:lineRule="auto"/>
              <w:jc w:val="center"/>
              <w:rPr>
                <w:rFonts w:asciiTheme="minorEastAsia" w:eastAsiaTheme="minorEastAsia" w:hAnsiTheme="minorEastAsia"/>
                <w:szCs w:val="20"/>
              </w:rPr>
            </w:pPr>
            <w:r w:rsidRPr="002B0846">
              <w:rPr>
                <w:rFonts w:asciiTheme="minorEastAsia" w:eastAsiaTheme="minorEastAsia" w:hAnsiTheme="minorEastAsia"/>
                <w:szCs w:val="20"/>
              </w:rPr>
              <w:t>2</w:t>
            </w:r>
          </w:p>
        </w:tc>
        <w:tc>
          <w:tcPr>
            <w:tcW w:w="3402" w:type="dxa"/>
            <w:hideMark/>
          </w:tcPr>
          <w:p w14:paraId="72DE27D0" w14:textId="77777777" w:rsidR="003910B0" w:rsidRPr="002B0846" w:rsidRDefault="003910B0" w:rsidP="003910B0">
            <w:pPr>
              <w:spacing w:line="276" w:lineRule="auto"/>
              <w:rPr>
                <w:rFonts w:asciiTheme="minorEastAsia" w:eastAsiaTheme="minorEastAsia" w:hAnsiTheme="minorEastAsia"/>
                <w:szCs w:val="20"/>
              </w:rPr>
            </w:pPr>
          </w:p>
        </w:tc>
        <w:tc>
          <w:tcPr>
            <w:tcW w:w="2693" w:type="dxa"/>
            <w:hideMark/>
          </w:tcPr>
          <w:p w14:paraId="4FAA4275" w14:textId="77777777" w:rsidR="003910B0" w:rsidRPr="002B0846" w:rsidRDefault="003910B0" w:rsidP="003910B0">
            <w:pPr>
              <w:spacing w:line="276" w:lineRule="auto"/>
              <w:rPr>
                <w:rFonts w:asciiTheme="minorEastAsia" w:eastAsiaTheme="minorEastAsia" w:hAnsiTheme="minorEastAsia"/>
                <w:szCs w:val="20"/>
              </w:rPr>
            </w:pPr>
          </w:p>
        </w:tc>
        <w:tc>
          <w:tcPr>
            <w:tcW w:w="3260" w:type="dxa"/>
            <w:hideMark/>
          </w:tcPr>
          <w:p w14:paraId="51C471EC" w14:textId="77777777" w:rsidR="003910B0" w:rsidRPr="002B0846" w:rsidRDefault="003910B0" w:rsidP="003910B0">
            <w:pPr>
              <w:spacing w:line="276" w:lineRule="auto"/>
              <w:rPr>
                <w:rFonts w:asciiTheme="minorEastAsia" w:eastAsiaTheme="minorEastAsia" w:hAnsiTheme="minorEastAsia"/>
                <w:szCs w:val="20"/>
              </w:rPr>
            </w:pPr>
          </w:p>
        </w:tc>
      </w:tr>
      <w:tr w:rsidR="003910B0" w:rsidRPr="002B0846" w14:paraId="47640987" w14:textId="77777777" w:rsidTr="00367C30">
        <w:trPr>
          <w:trHeight w:val="907"/>
        </w:trPr>
        <w:tc>
          <w:tcPr>
            <w:tcW w:w="1101" w:type="dxa"/>
            <w:vAlign w:val="center"/>
            <w:hideMark/>
          </w:tcPr>
          <w:p w14:paraId="2E0D267B" w14:textId="77777777" w:rsidR="003910B0" w:rsidRPr="002B0846" w:rsidRDefault="003910B0" w:rsidP="00367C30">
            <w:pPr>
              <w:spacing w:line="276" w:lineRule="auto"/>
              <w:jc w:val="center"/>
              <w:rPr>
                <w:rFonts w:asciiTheme="minorEastAsia" w:eastAsiaTheme="minorEastAsia" w:hAnsiTheme="minorEastAsia"/>
                <w:szCs w:val="20"/>
              </w:rPr>
            </w:pPr>
            <w:r w:rsidRPr="002B0846">
              <w:rPr>
                <w:rFonts w:asciiTheme="minorEastAsia" w:eastAsiaTheme="minorEastAsia" w:hAnsiTheme="minorEastAsia"/>
                <w:szCs w:val="20"/>
              </w:rPr>
              <w:t>3</w:t>
            </w:r>
          </w:p>
        </w:tc>
        <w:tc>
          <w:tcPr>
            <w:tcW w:w="3402" w:type="dxa"/>
            <w:hideMark/>
          </w:tcPr>
          <w:p w14:paraId="498A03CA" w14:textId="77777777" w:rsidR="003910B0" w:rsidRPr="002B0846" w:rsidRDefault="003910B0" w:rsidP="003910B0">
            <w:pPr>
              <w:spacing w:line="276" w:lineRule="auto"/>
              <w:rPr>
                <w:rFonts w:asciiTheme="minorEastAsia" w:eastAsiaTheme="minorEastAsia" w:hAnsiTheme="minorEastAsia"/>
                <w:szCs w:val="20"/>
              </w:rPr>
            </w:pPr>
          </w:p>
        </w:tc>
        <w:tc>
          <w:tcPr>
            <w:tcW w:w="2693" w:type="dxa"/>
            <w:hideMark/>
          </w:tcPr>
          <w:p w14:paraId="4EC044AF" w14:textId="77777777" w:rsidR="003910B0" w:rsidRPr="002B0846" w:rsidRDefault="003910B0" w:rsidP="003910B0">
            <w:pPr>
              <w:spacing w:line="276" w:lineRule="auto"/>
              <w:rPr>
                <w:rFonts w:asciiTheme="minorEastAsia" w:eastAsiaTheme="minorEastAsia" w:hAnsiTheme="minorEastAsia"/>
                <w:szCs w:val="20"/>
              </w:rPr>
            </w:pPr>
          </w:p>
        </w:tc>
        <w:tc>
          <w:tcPr>
            <w:tcW w:w="3260" w:type="dxa"/>
            <w:hideMark/>
          </w:tcPr>
          <w:p w14:paraId="4117C16B" w14:textId="77777777" w:rsidR="003910B0" w:rsidRPr="002B0846" w:rsidRDefault="003910B0" w:rsidP="003910B0">
            <w:pPr>
              <w:spacing w:line="276" w:lineRule="auto"/>
              <w:rPr>
                <w:rFonts w:asciiTheme="minorEastAsia" w:eastAsiaTheme="minorEastAsia" w:hAnsiTheme="minorEastAsia"/>
                <w:szCs w:val="20"/>
              </w:rPr>
            </w:pPr>
          </w:p>
        </w:tc>
      </w:tr>
    </w:tbl>
    <w:p w14:paraId="61DBB671" w14:textId="77777777" w:rsidR="002B0846" w:rsidRDefault="002B0846" w:rsidP="003910B0">
      <w:pPr>
        <w:spacing w:after="0"/>
        <w:rPr>
          <w:rFonts w:asciiTheme="minorEastAsia" w:eastAsiaTheme="minorEastAsia" w:hAnsiTheme="minorEastAsia"/>
          <w:szCs w:val="20"/>
          <w:lang w:eastAsia="ja-JP"/>
        </w:rPr>
      </w:pPr>
    </w:p>
    <w:p w14:paraId="63CE49D8" w14:textId="73CB85DF" w:rsidR="003910B0" w:rsidRPr="002B0846" w:rsidRDefault="003910B0" w:rsidP="009F337B">
      <w:pPr>
        <w:spacing w:after="0"/>
        <w:rPr>
          <w:rFonts w:asciiTheme="minorEastAsia" w:eastAsiaTheme="minorEastAsia" w:hAnsiTheme="minorEastAsia"/>
          <w:szCs w:val="20"/>
        </w:rPr>
      </w:pPr>
      <w:r w:rsidRPr="002B0846">
        <w:rPr>
          <w:rFonts w:asciiTheme="minorEastAsia" w:eastAsiaTheme="minorEastAsia" w:hAnsiTheme="minorEastAsia"/>
          <w:szCs w:val="20"/>
        </w:rPr>
        <w:t>【質問者情報】</w:t>
      </w:r>
    </w:p>
    <w:p w14:paraId="6E0AED4C" w14:textId="77777777" w:rsidR="009F337B" w:rsidRPr="009F337B" w:rsidRDefault="009F337B" w:rsidP="009F337B">
      <w:pPr>
        <w:pStyle w:val="ae"/>
        <w:numPr>
          <w:ilvl w:val="0"/>
          <w:numId w:val="10"/>
        </w:numPr>
        <w:rPr>
          <w:szCs w:val="24"/>
        </w:rPr>
      </w:pPr>
      <w:r w:rsidRPr="009F337B">
        <w:rPr>
          <w:rFonts w:hint="eastAsia"/>
          <w:szCs w:val="24"/>
        </w:rPr>
        <w:t>住所</w:t>
      </w:r>
    </w:p>
    <w:p w14:paraId="343E6D9A" w14:textId="77777777" w:rsidR="009F337B" w:rsidRPr="009F337B" w:rsidRDefault="009F337B" w:rsidP="009F337B">
      <w:pPr>
        <w:pStyle w:val="ae"/>
        <w:numPr>
          <w:ilvl w:val="0"/>
          <w:numId w:val="10"/>
        </w:numPr>
        <w:rPr>
          <w:szCs w:val="24"/>
        </w:rPr>
      </w:pPr>
      <w:r w:rsidRPr="009F337B">
        <w:rPr>
          <w:rFonts w:hint="eastAsia"/>
          <w:szCs w:val="24"/>
        </w:rPr>
        <w:t>商号または名称</w:t>
      </w:r>
    </w:p>
    <w:p w14:paraId="6AE881B2" w14:textId="774B86BB" w:rsidR="003910B0" w:rsidRPr="009F337B" w:rsidRDefault="009F337B" w:rsidP="0057581C">
      <w:pPr>
        <w:pStyle w:val="ae"/>
        <w:numPr>
          <w:ilvl w:val="0"/>
          <w:numId w:val="10"/>
        </w:numPr>
        <w:spacing w:after="0"/>
        <w:rPr>
          <w:rFonts w:asciiTheme="minorEastAsia" w:eastAsiaTheme="minorEastAsia" w:hAnsiTheme="minorEastAsia"/>
          <w:szCs w:val="20"/>
          <w:lang w:eastAsia="zh-TW"/>
        </w:rPr>
      </w:pPr>
      <w:r w:rsidRPr="009F337B">
        <w:rPr>
          <w:rFonts w:hint="eastAsia"/>
          <w:szCs w:val="24"/>
        </w:rPr>
        <w:t>代表者</w:t>
      </w:r>
      <w:r w:rsidRPr="009F337B">
        <w:rPr>
          <w:szCs w:val="24"/>
        </w:rPr>
        <w:t xml:space="preserve"> 氏 名 印</w:t>
      </w:r>
    </w:p>
    <w:p w14:paraId="74C4751C" w14:textId="77777777" w:rsidR="003910B0" w:rsidRPr="002B0846" w:rsidRDefault="003910B0" w:rsidP="003910B0">
      <w:pPr>
        <w:numPr>
          <w:ilvl w:val="0"/>
          <w:numId w:val="10"/>
        </w:numPr>
        <w:spacing w:after="0"/>
        <w:rPr>
          <w:rFonts w:asciiTheme="minorEastAsia" w:eastAsiaTheme="minorEastAsia" w:hAnsiTheme="minorEastAsia"/>
          <w:szCs w:val="20"/>
        </w:rPr>
      </w:pPr>
      <w:r w:rsidRPr="002B0846">
        <w:rPr>
          <w:rFonts w:asciiTheme="minorEastAsia" w:eastAsiaTheme="minorEastAsia" w:hAnsiTheme="minorEastAsia"/>
          <w:szCs w:val="20"/>
        </w:rPr>
        <w:t>担当者名：</w:t>
      </w:r>
    </w:p>
    <w:p w14:paraId="2FCD9F4B" w14:textId="77777777" w:rsidR="003910B0" w:rsidRPr="002B0846" w:rsidRDefault="003910B0" w:rsidP="003910B0">
      <w:pPr>
        <w:numPr>
          <w:ilvl w:val="0"/>
          <w:numId w:val="10"/>
        </w:numPr>
        <w:spacing w:after="0"/>
        <w:rPr>
          <w:rFonts w:asciiTheme="minorEastAsia" w:eastAsiaTheme="minorEastAsia" w:hAnsiTheme="minorEastAsia"/>
          <w:szCs w:val="20"/>
        </w:rPr>
      </w:pPr>
      <w:r w:rsidRPr="002B0846">
        <w:rPr>
          <w:rFonts w:asciiTheme="minorEastAsia" w:eastAsiaTheme="minorEastAsia" w:hAnsiTheme="minorEastAsia"/>
          <w:szCs w:val="20"/>
        </w:rPr>
        <w:t>ＴＥＬ：</w:t>
      </w:r>
    </w:p>
    <w:p w14:paraId="7E64DE47" w14:textId="77777777" w:rsidR="003910B0" w:rsidRPr="002B0846" w:rsidRDefault="003910B0" w:rsidP="003910B0">
      <w:pPr>
        <w:numPr>
          <w:ilvl w:val="0"/>
          <w:numId w:val="10"/>
        </w:numPr>
        <w:spacing w:after="0"/>
        <w:rPr>
          <w:rFonts w:asciiTheme="minorEastAsia" w:eastAsiaTheme="minorEastAsia" w:hAnsiTheme="minorEastAsia"/>
          <w:szCs w:val="20"/>
        </w:rPr>
      </w:pPr>
      <w:r w:rsidRPr="002B0846">
        <w:rPr>
          <w:rFonts w:asciiTheme="minorEastAsia" w:eastAsiaTheme="minorEastAsia" w:hAnsiTheme="minorEastAsia"/>
          <w:szCs w:val="20"/>
        </w:rPr>
        <w:t>ＦＡＸ：</w:t>
      </w:r>
    </w:p>
    <w:p w14:paraId="074A8762" w14:textId="47BFA619" w:rsidR="00977E10" w:rsidRPr="002B0846" w:rsidRDefault="00977E10" w:rsidP="003910B0">
      <w:pPr>
        <w:spacing w:after="0"/>
        <w:rPr>
          <w:rFonts w:asciiTheme="minorEastAsia" w:eastAsiaTheme="minorEastAsia" w:hAnsiTheme="minorEastAsia"/>
          <w:sz w:val="20"/>
          <w:szCs w:val="20"/>
        </w:rPr>
      </w:pPr>
    </w:p>
    <w:sectPr w:rsidR="00977E10" w:rsidRPr="002B0846" w:rsidSect="002B0846">
      <w:pgSz w:w="12240" w:h="15840"/>
      <w:pgMar w:top="1418" w:right="1134" w:bottom="1418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EF97CF" w14:textId="77777777" w:rsidR="00D557B9" w:rsidRDefault="00D557B9" w:rsidP="003910B0">
      <w:pPr>
        <w:spacing w:after="0" w:line="240" w:lineRule="auto"/>
      </w:pPr>
      <w:r>
        <w:separator/>
      </w:r>
    </w:p>
  </w:endnote>
  <w:endnote w:type="continuationSeparator" w:id="0">
    <w:p w14:paraId="5C46B399" w14:textId="77777777" w:rsidR="00D557B9" w:rsidRDefault="00D557B9" w:rsidP="003910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CCBC38" w14:textId="77777777" w:rsidR="00D557B9" w:rsidRDefault="00D557B9" w:rsidP="003910B0">
      <w:pPr>
        <w:spacing w:after="0" w:line="240" w:lineRule="auto"/>
      </w:pPr>
      <w:r>
        <w:separator/>
      </w:r>
    </w:p>
  </w:footnote>
  <w:footnote w:type="continuationSeparator" w:id="0">
    <w:p w14:paraId="3F69855C" w14:textId="77777777" w:rsidR="00D557B9" w:rsidRDefault="00D557B9" w:rsidP="003910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35A3699"/>
    <w:multiLevelType w:val="multilevel"/>
    <w:tmpl w:val="8D2C3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36434268">
    <w:abstractNumId w:val="8"/>
  </w:num>
  <w:num w:numId="2" w16cid:durableId="335113618">
    <w:abstractNumId w:val="6"/>
  </w:num>
  <w:num w:numId="3" w16cid:durableId="1897280472">
    <w:abstractNumId w:val="5"/>
  </w:num>
  <w:num w:numId="4" w16cid:durableId="1780294995">
    <w:abstractNumId w:val="4"/>
  </w:num>
  <w:num w:numId="5" w16cid:durableId="1694724462">
    <w:abstractNumId w:val="7"/>
  </w:num>
  <w:num w:numId="6" w16cid:durableId="1829442292">
    <w:abstractNumId w:val="3"/>
  </w:num>
  <w:num w:numId="7" w16cid:durableId="677318378">
    <w:abstractNumId w:val="2"/>
  </w:num>
  <w:num w:numId="8" w16cid:durableId="2146582950">
    <w:abstractNumId w:val="1"/>
  </w:num>
  <w:num w:numId="9" w16cid:durableId="1429735180">
    <w:abstractNumId w:val="0"/>
  </w:num>
  <w:num w:numId="10" w16cid:durableId="151429797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3A3A"/>
    <w:rsid w:val="00026A6F"/>
    <w:rsid w:val="00034616"/>
    <w:rsid w:val="0006063C"/>
    <w:rsid w:val="00114602"/>
    <w:rsid w:val="0015074B"/>
    <w:rsid w:val="001507DB"/>
    <w:rsid w:val="002452BA"/>
    <w:rsid w:val="00257C34"/>
    <w:rsid w:val="0028601F"/>
    <w:rsid w:val="0029639D"/>
    <w:rsid w:val="002B0846"/>
    <w:rsid w:val="00326F90"/>
    <w:rsid w:val="00367C30"/>
    <w:rsid w:val="003803E1"/>
    <w:rsid w:val="003910B0"/>
    <w:rsid w:val="005509D1"/>
    <w:rsid w:val="00734E5E"/>
    <w:rsid w:val="00746468"/>
    <w:rsid w:val="00952158"/>
    <w:rsid w:val="00977E10"/>
    <w:rsid w:val="00992C9A"/>
    <w:rsid w:val="009F337B"/>
    <w:rsid w:val="00AA1D8D"/>
    <w:rsid w:val="00B47730"/>
    <w:rsid w:val="00CB0664"/>
    <w:rsid w:val="00D557B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FFB698"/>
  <w14:defaultImageDpi w14:val="300"/>
  <w15:docId w15:val="{8F970AD7-1AD1-4EF3-8C0B-69894E83F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ＭＳ 明朝" w:eastAsia="ＭＳ 明朝" w:hAnsi="ＭＳ 明朝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223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35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9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20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81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39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91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75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0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00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82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42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0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00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5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13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85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2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2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8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67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87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04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01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69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18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50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0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29</Words>
  <Characters>167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mori森　雅人　３　滋賀県生資部農機課</cp:lastModifiedBy>
  <cp:revision>7</cp:revision>
  <dcterms:created xsi:type="dcterms:W3CDTF">2013-12-23T23:15:00Z</dcterms:created>
  <dcterms:modified xsi:type="dcterms:W3CDTF">2026-03-30T02:56:00Z</dcterms:modified>
  <cp:category/>
</cp:coreProperties>
</file>