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E360" w14:textId="77777777" w:rsidR="00697B0D" w:rsidRPr="00697B0D" w:rsidRDefault="00697B0D" w:rsidP="00697B0D">
      <w:pPr>
        <w:spacing w:after="0"/>
        <w:rPr>
          <w:rFonts w:asciiTheme="minorEastAsia" w:eastAsiaTheme="minorEastAsia" w:hAnsiTheme="minorEastAsia"/>
          <w:bCs/>
          <w:lang w:eastAsia="zh-TW"/>
        </w:rPr>
      </w:pPr>
      <w:r w:rsidRPr="00697B0D">
        <w:rPr>
          <w:rFonts w:asciiTheme="minorEastAsia" w:eastAsiaTheme="minorEastAsia" w:hAnsiTheme="minorEastAsia" w:hint="eastAsia"/>
          <w:bCs/>
          <w:lang w:eastAsia="zh-TW"/>
        </w:rPr>
        <w:t>様式４</w:t>
      </w:r>
    </w:p>
    <w:p w14:paraId="327E48AC" w14:textId="77777777" w:rsidR="00697B0D" w:rsidRDefault="007C1133" w:rsidP="00697B0D">
      <w:pPr>
        <w:spacing w:after="0"/>
        <w:jc w:val="center"/>
        <w:rPr>
          <w:rFonts w:asciiTheme="minorEastAsia" w:eastAsiaTheme="minorEastAsia" w:hAnsiTheme="minorEastAsia"/>
          <w:bCs/>
          <w:lang w:eastAsia="zh-TW"/>
        </w:rPr>
      </w:pPr>
      <w:r w:rsidRPr="00697B0D">
        <w:rPr>
          <w:rFonts w:asciiTheme="minorEastAsia" w:eastAsiaTheme="minorEastAsia" w:hAnsiTheme="minorEastAsia"/>
          <w:bCs/>
          <w:lang w:eastAsia="zh-TW"/>
        </w:rPr>
        <w:t>誓約書</w:t>
      </w:r>
    </w:p>
    <w:p w14:paraId="0C79A833" w14:textId="48D3652F" w:rsidR="003C6193" w:rsidRPr="00697B0D" w:rsidRDefault="007C1133" w:rsidP="00697B0D">
      <w:pPr>
        <w:spacing w:after="0"/>
        <w:jc w:val="right"/>
        <w:rPr>
          <w:rFonts w:asciiTheme="minorEastAsia" w:eastAsiaTheme="minorEastAsia" w:hAnsiTheme="minorEastAsia"/>
          <w:bCs/>
          <w:lang w:eastAsia="zh-TW"/>
        </w:rPr>
      </w:pPr>
      <w:r w:rsidRPr="00697B0D">
        <w:rPr>
          <w:rFonts w:asciiTheme="minorEastAsia" w:eastAsiaTheme="minorEastAsia" w:hAnsiTheme="minorEastAsia"/>
          <w:bCs/>
          <w:lang w:eastAsia="zh-TW"/>
        </w:rPr>
        <w:t>令和</w:t>
      </w:r>
      <w:r w:rsidR="00E675A2">
        <w:rPr>
          <w:rFonts w:asciiTheme="minorEastAsia" w:eastAsiaTheme="minorEastAsia" w:hAnsiTheme="minorEastAsia" w:hint="eastAsia"/>
          <w:bCs/>
          <w:lang w:eastAsia="zh-TW"/>
        </w:rPr>
        <w:t>８</w:t>
      </w:r>
      <w:r w:rsidRPr="00697B0D">
        <w:rPr>
          <w:rFonts w:asciiTheme="minorEastAsia" w:eastAsiaTheme="minorEastAsia" w:hAnsiTheme="minorEastAsia"/>
          <w:bCs/>
          <w:lang w:eastAsia="zh-TW"/>
        </w:rPr>
        <w:t>年</w:t>
      </w:r>
      <w:r w:rsidR="00E675A2">
        <w:rPr>
          <w:rFonts w:asciiTheme="minorEastAsia" w:eastAsiaTheme="minorEastAsia" w:hAnsiTheme="minorEastAsia" w:hint="eastAsia"/>
          <w:bCs/>
          <w:lang w:eastAsia="zh-TW"/>
        </w:rPr>
        <w:t>４</w:t>
      </w:r>
      <w:r w:rsidRPr="00697B0D">
        <w:rPr>
          <w:rFonts w:asciiTheme="minorEastAsia" w:eastAsiaTheme="minorEastAsia" w:hAnsiTheme="minorEastAsia"/>
          <w:bCs/>
          <w:lang w:eastAsia="zh-TW"/>
        </w:rPr>
        <w:t>月</w:t>
      </w:r>
      <w:r>
        <w:rPr>
          <w:rFonts w:asciiTheme="minorEastAsia" w:eastAsiaTheme="minorEastAsia" w:hAnsiTheme="minorEastAsia" w:hint="eastAsia"/>
          <w:bCs/>
          <w:lang w:eastAsia="zh-TW"/>
        </w:rPr>
        <w:t xml:space="preserve">　　</w:t>
      </w:r>
      <w:r w:rsidRPr="00697B0D">
        <w:rPr>
          <w:rFonts w:asciiTheme="minorEastAsia" w:eastAsiaTheme="minorEastAsia" w:hAnsiTheme="minorEastAsia"/>
          <w:bCs/>
          <w:lang w:eastAsia="zh-TW"/>
        </w:rPr>
        <w:t>日</w:t>
      </w:r>
    </w:p>
    <w:p w14:paraId="473B3B9D" w14:textId="77777777" w:rsidR="00697B0D" w:rsidRDefault="00697B0D" w:rsidP="00697B0D">
      <w:pPr>
        <w:spacing w:after="0"/>
        <w:rPr>
          <w:rFonts w:asciiTheme="minorEastAsia" w:eastAsiaTheme="minorEastAsia" w:hAnsiTheme="minorEastAsia"/>
          <w:bCs/>
          <w:lang w:eastAsia="zh-TW"/>
        </w:rPr>
      </w:pPr>
    </w:p>
    <w:p w14:paraId="1F640C1A" w14:textId="77777777" w:rsidR="00E675A2" w:rsidRDefault="00E675A2" w:rsidP="00E675A2">
      <w:pPr>
        <w:spacing w:after="0"/>
        <w:rPr>
          <w:szCs w:val="24"/>
          <w:lang w:eastAsia="zh-TW"/>
        </w:rPr>
      </w:pPr>
      <w:r>
        <w:rPr>
          <w:rFonts w:hint="eastAsia"/>
          <w:szCs w:val="24"/>
          <w:lang w:eastAsia="zh-TW"/>
        </w:rPr>
        <w:t>全国農業協同組合連合会滋賀県本部</w:t>
      </w:r>
    </w:p>
    <w:p w14:paraId="5C311417" w14:textId="77777777" w:rsidR="00E675A2" w:rsidRPr="007E6766" w:rsidRDefault="00E675A2" w:rsidP="00E675A2">
      <w:pPr>
        <w:spacing w:after="0"/>
        <w:ind w:firstLineChars="300" w:firstLine="660"/>
        <w:rPr>
          <w:szCs w:val="24"/>
          <w:lang w:eastAsia="zh-TW"/>
        </w:rPr>
      </w:pPr>
      <w:r>
        <w:rPr>
          <w:rFonts w:hint="eastAsia"/>
          <w:szCs w:val="24"/>
          <w:lang w:eastAsia="zh-TW"/>
        </w:rPr>
        <w:t>県本部長　　山田　純男　様</w:t>
      </w:r>
    </w:p>
    <w:p w14:paraId="093FE6DD" w14:textId="77777777" w:rsidR="00697B0D" w:rsidRPr="00E675A2" w:rsidRDefault="00697B0D" w:rsidP="00697B0D">
      <w:pPr>
        <w:spacing w:after="0"/>
        <w:rPr>
          <w:rFonts w:asciiTheme="minorEastAsia" w:eastAsiaTheme="minorEastAsia" w:hAnsiTheme="minorEastAsia"/>
          <w:bCs/>
          <w:lang w:eastAsia="zh-TW"/>
        </w:rPr>
      </w:pPr>
    </w:p>
    <w:p w14:paraId="6C5B4908" w14:textId="77777777" w:rsidR="003C6193" w:rsidRDefault="007C1133" w:rsidP="00697B0D">
      <w:pPr>
        <w:spacing w:after="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当社は、本入札に参加するにあたり、次の事項を誓約します。</w:t>
      </w:r>
    </w:p>
    <w:p w14:paraId="5189909D" w14:textId="77777777" w:rsidR="00697B0D" w:rsidRPr="00697B0D" w:rsidRDefault="00697B0D" w:rsidP="00697B0D">
      <w:pPr>
        <w:spacing w:after="0"/>
        <w:rPr>
          <w:rFonts w:asciiTheme="minorEastAsia" w:eastAsiaTheme="minorEastAsia" w:hAnsiTheme="minorEastAsia"/>
          <w:bCs/>
          <w:lang w:eastAsia="ja-JP"/>
        </w:rPr>
      </w:pPr>
    </w:p>
    <w:p w14:paraId="4FDAE6DC" w14:textId="77777777" w:rsidR="00697B0D" w:rsidRDefault="007C1133" w:rsidP="00697B0D">
      <w:pPr>
        <w:pStyle w:val="ae"/>
        <w:numPr>
          <w:ilvl w:val="0"/>
          <w:numId w:val="10"/>
        </w:numPr>
        <w:spacing w:after="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反社会的勢力の排除</w:t>
      </w:r>
    </w:p>
    <w:p w14:paraId="050DA5FB" w14:textId="277BB4FC" w:rsidR="003C6193" w:rsidRPr="00697B0D" w:rsidRDefault="007C1133" w:rsidP="00697B0D">
      <w:pPr>
        <w:pStyle w:val="ae"/>
        <w:spacing w:after="0"/>
        <w:ind w:left="360" w:firstLineChars="100" w:firstLine="22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当社及び当社の役員等は、現在及び将来にわたって反社会的勢力に該当せず、またこれらと一切の関係を有しません。</w:t>
      </w:r>
    </w:p>
    <w:p w14:paraId="653EAD48" w14:textId="77777777" w:rsidR="00697B0D" w:rsidRPr="00697B0D" w:rsidRDefault="00697B0D" w:rsidP="00697B0D">
      <w:pPr>
        <w:pStyle w:val="ae"/>
        <w:spacing w:after="0"/>
        <w:ind w:left="360"/>
        <w:rPr>
          <w:rFonts w:asciiTheme="minorEastAsia" w:eastAsiaTheme="minorEastAsia" w:hAnsiTheme="minorEastAsia"/>
          <w:bCs/>
          <w:lang w:eastAsia="ja-JP"/>
        </w:rPr>
      </w:pPr>
    </w:p>
    <w:p w14:paraId="379BB2C1" w14:textId="6B2574E5" w:rsidR="00697B0D" w:rsidRPr="00697B0D" w:rsidRDefault="007C1133" w:rsidP="00697B0D">
      <w:pPr>
        <w:pStyle w:val="ae"/>
        <w:numPr>
          <w:ilvl w:val="0"/>
          <w:numId w:val="10"/>
        </w:numPr>
        <w:spacing w:after="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談合等の禁止</w:t>
      </w:r>
    </w:p>
    <w:p w14:paraId="77A53B36" w14:textId="334D4D50" w:rsidR="003C6193" w:rsidRPr="00697B0D" w:rsidRDefault="007C1133" w:rsidP="00697B0D">
      <w:pPr>
        <w:pStyle w:val="ae"/>
        <w:spacing w:after="0"/>
        <w:ind w:left="360" w:firstLineChars="100" w:firstLine="22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他の入札参加者と価格・意思決定等について協議・調整を行わず、公正な競争を妨げる行為は一切いたしません。</w:t>
      </w:r>
    </w:p>
    <w:p w14:paraId="2F9B6C91" w14:textId="77777777" w:rsidR="00697B0D" w:rsidRDefault="00697B0D" w:rsidP="00697B0D">
      <w:pPr>
        <w:spacing w:after="0"/>
        <w:rPr>
          <w:rFonts w:asciiTheme="minorEastAsia" w:eastAsiaTheme="minorEastAsia" w:hAnsiTheme="minorEastAsia"/>
          <w:bCs/>
          <w:lang w:eastAsia="ja-JP"/>
        </w:rPr>
      </w:pPr>
    </w:p>
    <w:p w14:paraId="29AB626C" w14:textId="2EEB833B" w:rsidR="00697B0D" w:rsidRPr="00697B0D" w:rsidRDefault="007C1133" w:rsidP="00697B0D">
      <w:pPr>
        <w:pStyle w:val="ae"/>
        <w:numPr>
          <w:ilvl w:val="0"/>
          <w:numId w:val="10"/>
        </w:numPr>
        <w:spacing w:after="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参加資格の維持</w:t>
      </w:r>
    </w:p>
    <w:p w14:paraId="18DD8D31" w14:textId="4BD0F09C" w:rsidR="003C6193" w:rsidRDefault="007C1133" w:rsidP="00697B0D">
      <w:pPr>
        <w:pStyle w:val="ae"/>
        <w:spacing w:after="0"/>
        <w:ind w:left="360" w:firstLineChars="100" w:firstLine="22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公告から契約完了までの間、関係機関の指名停止等の処分を受けていないこと、並びに予算決算及び会計令第</w:t>
      </w:r>
      <w:r w:rsidRPr="00697B0D">
        <w:rPr>
          <w:rFonts w:asciiTheme="minorEastAsia" w:eastAsiaTheme="minorEastAsia" w:hAnsiTheme="minorEastAsia"/>
          <w:bCs/>
          <w:lang w:eastAsia="ja-JP"/>
        </w:rPr>
        <w:t>70</w:t>
      </w:r>
      <w:r w:rsidRPr="00697B0D">
        <w:rPr>
          <w:rFonts w:asciiTheme="minorEastAsia" w:eastAsiaTheme="minorEastAsia" w:hAnsiTheme="minorEastAsia"/>
          <w:bCs/>
          <w:lang w:eastAsia="ja-JP"/>
        </w:rPr>
        <w:t>条・第</w:t>
      </w:r>
      <w:r w:rsidRPr="00697B0D">
        <w:rPr>
          <w:rFonts w:asciiTheme="minorEastAsia" w:eastAsiaTheme="minorEastAsia" w:hAnsiTheme="minorEastAsia"/>
          <w:bCs/>
          <w:lang w:eastAsia="ja-JP"/>
        </w:rPr>
        <w:t>71</w:t>
      </w:r>
      <w:r w:rsidRPr="00697B0D">
        <w:rPr>
          <w:rFonts w:asciiTheme="minorEastAsia" w:eastAsiaTheme="minorEastAsia" w:hAnsiTheme="minorEastAsia"/>
          <w:bCs/>
          <w:lang w:eastAsia="ja-JP"/>
        </w:rPr>
        <w:t>条に該当しないことを誓約します。</w:t>
      </w:r>
    </w:p>
    <w:p w14:paraId="20202E8B" w14:textId="77777777" w:rsidR="00697B0D" w:rsidRPr="00697B0D" w:rsidRDefault="00697B0D" w:rsidP="00697B0D">
      <w:pPr>
        <w:pStyle w:val="ae"/>
        <w:spacing w:after="0"/>
        <w:ind w:left="360" w:firstLineChars="100" w:firstLine="220"/>
        <w:rPr>
          <w:rFonts w:asciiTheme="minorEastAsia" w:eastAsiaTheme="minorEastAsia" w:hAnsiTheme="minorEastAsia"/>
          <w:bCs/>
          <w:lang w:eastAsia="ja-JP"/>
        </w:rPr>
      </w:pPr>
    </w:p>
    <w:p w14:paraId="5AABE896" w14:textId="1006AE2B" w:rsidR="00697B0D" w:rsidRPr="00697B0D" w:rsidRDefault="007C1133" w:rsidP="00697B0D">
      <w:pPr>
        <w:pStyle w:val="ae"/>
        <w:numPr>
          <w:ilvl w:val="0"/>
          <w:numId w:val="10"/>
        </w:numPr>
        <w:spacing w:after="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書類の真正</w:t>
      </w:r>
    </w:p>
    <w:p w14:paraId="067E4CF9" w14:textId="1C256DE7" w:rsidR="003C6193" w:rsidRDefault="007C1133" w:rsidP="00697B0D">
      <w:pPr>
        <w:pStyle w:val="ae"/>
        <w:spacing w:after="0"/>
        <w:ind w:left="360" w:firstLineChars="100" w:firstLine="22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提出書類に虚偽はありません。虚偽が判明した場合は、入札の無効・契約解除等の措置に従います。</w:t>
      </w:r>
    </w:p>
    <w:p w14:paraId="10D7633A" w14:textId="77777777" w:rsidR="00697B0D" w:rsidRPr="00697B0D" w:rsidRDefault="00697B0D" w:rsidP="00697B0D">
      <w:pPr>
        <w:pStyle w:val="ae"/>
        <w:spacing w:after="0"/>
        <w:ind w:left="360" w:firstLineChars="100" w:firstLine="220"/>
        <w:rPr>
          <w:rFonts w:asciiTheme="minorEastAsia" w:eastAsiaTheme="minorEastAsia" w:hAnsiTheme="minorEastAsia"/>
          <w:bCs/>
          <w:lang w:eastAsia="ja-JP"/>
        </w:rPr>
      </w:pPr>
    </w:p>
    <w:p w14:paraId="2883D0C5" w14:textId="63ECCEA9" w:rsidR="00697B0D" w:rsidRPr="00697B0D" w:rsidRDefault="007C1133" w:rsidP="00697B0D">
      <w:pPr>
        <w:pStyle w:val="ae"/>
        <w:numPr>
          <w:ilvl w:val="0"/>
          <w:numId w:val="10"/>
        </w:numPr>
        <w:spacing w:after="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条件遵守</w:t>
      </w:r>
    </w:p>
    <w:p w14:paraId="365B9A77" w14:textId="39771595" w:rsidR="003C6193" w:rsidRPr="00697B0D" w:rsidRDefault="007C1133" w:rsidP="00697B0D">
      <w:pPr>
        <w:pStyle w:val="ae"/>
        <w:spacing w:after="0"/>
        <w:ind w:left="360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公告、入札説明書、仕様書等の条件を熟読し、これを遵守します。</w:t>
      </w:r>
    </w:p>
    <w:p w14:paraId="63FE692A" w14:textId="77777777" w:rsidR="00697B0D" w:rsidRDefault="00697B0D" w:rsidP="00697B0D">
      <w:pPr>
        <w:spacing w:after="0"/>
        <w:jc w:val="right"/>
        <w:rPr>
          <w:rFonts w:asciiTheme="minorEastAsia" w:eastAsiaTheme="minorEastAsia" w:hAnsiTheme="minorEastAsia"/>
          <w:bCs/>
          <w:lang w:eastAsia="ja-JP"/>
        </w:rPr>
      </w:pPr>
    </w:p>
    <w:p w14:paraId="73418EEF" w14:textId="49DAA525" w:rsidR="003C6193" w:rsidRPr="00697B0D" w:rsidRDefault="007C1133" w:rsidP="00697B0D">
      <w:pPr>
        <w:spacing w:after="0"/>
        <w:jc w:val="right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住　　　所：</w:t>
      </w:r>
    </w:p>
    <w:p w14:paraId="35156082" w14:textId="77777777" w:rsidR="003C6193" w:rsidRPr="00697B0D" w:rsidRDefault="007C1133" w:rsidP="00697B0D">
      <w:pPr>
        <w:spacing w:after="0"/>
        <w:jc w:val="right"/>
        <w:rPr>
          <w:rFonts w:asciiTheme="minorEastAsia" w:eastAsiaTheme="minorEastAsia" w:hAnsiTheme="minorEastAsia"/>
          <w:bCs/>
          <w:lang w:eastAsia="ja-JP"/>
        </w:rPr>
      </w:pPr>
      <w:r w:rsidRPr="00697B0D">
        <w:rPr>
          <w:rFonts w:asciiTheme="minorEastAsia" w:eastAsiaTheme="minorEastAsia" w:hAnsiTheme="minorEastAsia"/>
          <w:bCs/>
          <w:lang w:eastAsia="ja-JP"/>
        </w:rPr>
        <w:t>商号又は名称：</w:t>
      </w:r>
    </w:p>
    <w:p w14:paraId="10243478" w14:textId="77777777" w:rsidR="003C6193" w:rsidRPr="00697B0D" w:rsidRDefault="007C1133" w:rsidP="00697B0D">
      <w:pPr>
        <w:spacing w:after="0"/>
        <w:jc w:val="right"/>
        <w:rPr>
          <w:rFonts w:asciiTheme="minorEastAsia" w:eastAsiaTheme="minorEastAsia" w:hAnsiTheme="minorEastAsia"/>
          <w:bCs/>
          <w:lang w:eastAsia="zh-TW"/>
        </w:rPr>
      </w:pPr>
      <w:r w:rsidRPr="00697B0D">
        <w:rPr>
          <w:rFonts w:asciiTheme="minorEastAsia" w:eastAsiaTheme="minorEastAsia" w:hAnsiTheme="minorEastAsia"/>
          <w:bCs/>
          <w:lang w:eastAsia="zh-TW"/>
        </w:rPr>
        <w:t>代表者職氏名：　　　　　　　　　　　　　　　印</w:t>
      </w:r>
    </w:p>
    <w:sectPr w:rsidR="003C6193" w:rsidRPr="00697B0D" w:rsidSect="00697B0D">
      <w:pgSz w:w="12240" w:h="15840" w:code="1"/>
      <w:pgMar w:top="1418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D4D41" w14:textId="77777777" w:rsidR="00D52934" w:rsidRDefault="00D52934" w:rsidP="00697B0D">
      <w:pPr>
        <w:spacing w:after="0" w:line="240" w:lineRule="auto"/>
      </w:pPr>
      <w:r>
        <w:separator/>
      </w:r>
    </w:p>
  </w:endnote>
  <w:endnote w:type="continuationSeparator" w:id="0">
    <w:p w14:paraId="744CB078" w14:textId="77777777" w:rsidR="00D52934" w:rsidRDefault="00D52934" w:rsidP="00697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08A9A" w14:textId="77777777" w:rsidR="00D52934" w:rsidRDefault="00D52934" w:rsidP="00697B0D">
      <w:pPr>
        <w:spacing w:after="0" w:line="240" w:lineRule="auto"/>
      </w:pPr>
      <w:r>
        <w:separator/>
      </w:r>
    </w:p>
  </w:footnote>
  <w:footnote w:type="continuationSeparator" w:id="0">
    <w:p w14:paraId="287F60CC" w14:textId="77777777" w:rsidR="00D52934" w:rsidRDefault="00D52934" w:rsidP="00697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8862F1"/>
    <w:multiLevelType w:val="hybridMultilevel"/>
    <w:tmpl w:val="FF841A30"/>
    <w:lvl w:ilvl="0" w:tplc="93D6DF1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47306100">
    <w:abstractNumId w:val="8"/>
  </w:num>
  <w:num w:numId="2" w16cid:durableId="225117243">
    <w:abstractNumId w:val="6"/>
  </w:num>
  <w:num w:numId="3" w16cid:durableId="2057922269">
    <w:abstractNumId w:val="5"/>
  </w:num>
  <w:num w:numId="4" w16cid:durableId="259915925">
    <w:abstractNumId w:val="4"/>
  </w:num>
  <w:num w:numId="5" w16cid:durableId="1055279917">
    <w:abstractNumId w:val="7"/>
  </w:num>
  <w:num w:numId="6" w16cid:durableId="728236329">
    <w:abstractNumId w:val="3"/>
  </w:num>
  <w:num w:numId="7" w16cid:durableId="1257447131">
    <w:abstractNumId w:val="2"/>
  </w:num>
  <w:num w:numId="8" w16cid:durableId="82074098">
    <w:abstractNumId w:val="1"/>
  </w:num>
  <w:num w:numId="9" w16cid:durableId="1498881459">
    <w:abstractNumId w:val="0"/>
  </w:num>
  <w:num w:numId="10" w16cid:durableId="15240527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602"/>
    <w:rsid w:val="0015074B"/>
    <w:rsid w:val="0028601F"/>
    <w:rsid w:val="0029639D"/>
    <w:rsid w:val="002B0423"/>
    <w:rsid w:val="00326F90"/>
    <w:rsid w:val="003C6193"/>
    <w:rsid w:val="005F6B0A"/>
    <w:rsid w:val="00697B0D"/>
    <w:rsid w:val="006F5D29"/>
    <w:rsid w:val="00707355"/>
    <w:rsid w:val="007C1133"/>
    <w:rsid w:val="00A871B9"/>
    <w:rsid w:val="00AA1D8D"/>
    <w:rsid w:val="00B47730"/>
    <w:rsid w:val="00CB0664"/>
    <w:rsid w:val="00D52934"/>
    <w:rsid w:val="00E675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C98B41"/>
  <w14:defaultImageDpi w14:val="300"/>
  <w15:docId w15:val="{9F532803-7E97-4D84-AC9A-837ACF225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eastAsia="ＭＳ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mori森　雅人　３　滋賀県生資部農機課</cp:lastModifiedBy>
  <cp:revision>4</cp:revision>
  <cp:lastPrinted>2026-03-24T02:22:00Z</cp:lastPrinted>
  <dcterms:created xsi:type="dcterms:W3CDTF">2013-12-23T23:15:00Z</dcterms:created>
  <dcterms:modified xsi:type="dcterms:W3CDTF">2026-03-24T02:22:00Z</dcterms:modified>
  <cp:category/>
</cp:coreProperties>
</file>